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DOCUMENTO DI TRASPORTO (D.d.T.)</w:t>
      </w:r>
    </w:p>
    <w:p>
      <w:r>
        <w:rPr>
          <w:i/>
        </w:rPr>
        <w:t>D.P.R. 472/1996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b/>
              </w:rPr>
              <w:t>Numero</w:t>
            </w:r>
          </w:p>
        </w:tc>
        <w:tc>
          <w:tcPr>
            <w:tcW w:type="dxa" w:w="5270"/>
          </w:tcPr>
          <w:p>
            <w:r>
              <w:t>N. ____ / 2026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Data</w:t>
            </w:r>
          </w:p>
        </w:tc>
        <w:tc>
          <w:tcPr>
            <w:tcW w:type="dxa" w:w="5270"/>
          </w:tcPr>
          <w:p>
            <w:r>
              <w:t>__/__/____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Cedente / Mittente</w:t>
            </w:r>
          </w:p>
        </w:tc>
        <w:tc>
          <w:tcPr>
            <w:tcW w:type="dxa" w:w="5270"/>
          </w:tcPr>
          <w:p>
            <w:r>
              <w:t>Ragione sociale, indirizzo, P.IVA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Cessionario / Destinatario</w:t>
            </w:r>
          </w:p>
        </w:tc>
        <w:tc>
          <w:tcPr>
            <w:tcW w:type="dxa" w:w="5270"/>
          </w:tcPr>
          <w:p>
            <w:r>
              <w:t>Ragione sociale, indirizzo, P.IVA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Luogo di destinazione (se diverso)</w:t>
            </w:r>
          </w:p>
        </w:tc>
        <w:tc>
          <w:tcPr>
            <w:tcW w:type="dxa" w:w="5270"/>
          </w:tcPr>
          <w:p>
            <w:r/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Causale del trasporto</w:t>
            </w:r>
          </w:p>
        </w:tc>
        <w:tc>
          <w:tcPr>
            <w:tcW w:type="dxa" w:w="5270"/>
          </w:tcPr>
          <w:p>
            <w:r>
              <w:t>Vendita / Reso / Conto lavorazione / Conto visione / ...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Trasporto a cura di</w:t>
            </w:r>
          </w:p>
        </w:tc>
        <w:tc>
          <w:tcPr>
            <w:tcW w:type="dxa" w:w="5270"/>
          </w:tcPr>
          <w:p>
            <w:r>
              <w:t>Mittente / Destinatario / Vettore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Vettore (se terzo)</w:t>
            </w:r>
          </w:p>
        </w:tc>
        <w:tc>
          <w:tcPr>
            <w:tcW w:type="dxa" w:w="5270"/>
          </w:tcPr>
          <w:p>
            <w:r>
              <w:t>Ragione sociale, indirizzo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Porto</w:t>
            </w:r>
          </w:p>
        </w:tc>
        <w:tc>
          <w:tcPr>
            <w:tcW w:type="dxa" w:w="5270"/>
          </w:tcPr>
          <w:p>
            <w:r>
              <w:t>Franco / Assegnato</w:t>
            </w:r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Data e ora inizio trasporto</w:t>
            </w:r>
          </w:p>
        </w:tc>
        <w:tc>
          <w:tcPr>
            <w:tcW w:type="dxa" w:w="5270"/>
          </w:tcPr>
          <w:p>
            <w:r>
              <w:t>__/__/____  __:__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b/>
              </w:rPr>
              <w:t>Codice articolo</w:t>
            </w:r>
          </w:p>
        </w:tc>
        <w:tc>
          <w:tcPr>
            <w:tcW w:type="dxa" w:w="2635"/>
          </w:tcPr>
          <w:p>
            <w:r>
              <w:rPr>
                <w:b/>
              </w:rPr>
              <w:t>Descrizione (natura e qualità dei beni)</w:t>
            </w:r>
          </w:p>
        </w:tc>
        <w:tc>
          <w:tcPr>
            <w:tcW w:type="dxa" w:w="2635"/>
          </w:tcPr>
          <w:p>
            <w:r>
              <w:rPr>
                <w:b/>
              </w:rPr>
              <w:t>U.M.</w:t>
            </w:r>
          </w:p>
        </w:tc>
        <w:tc>
          <w:tcPr>
            <w:tcW w:type="dxa" w:w="2635"/>
          </w:tcPr>
          <w:p>
            <w:r>
              <w:rPr>
                <w:b/>
              </w:rPr>
              <w:t>Quantità</w:t>
            </w:r>
          </w:p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b/>
              </w:rPr>
              <w:t>Aspetto esteriore dei beni</w:t>
            </w:r>
          </w:p>
        </w:tc>
        <w:tc>
          <w:tcPr>
            <w:tcW w:type="dxa" w:w="5270"/>
          </w:tcPr>
          <w:p>
            <w:r/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Numero colli</w:t>
            </w:r>
          </w:p>
        </w:tc>
        <w:tc>
          <w:tcPr>
            <w:tcW w:type="dxa" w:w="5270"/>
          </w:tcPr>
          <w:p>
            <w:r/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Peso (kg)</w:t>
            </w:r>
          </w:p>
        </w:tc>
        <w:tc>
          <w:tcPr>
            <w:tcW w:type="dxa" w:w="5270"/>
          </w:tcPr>
          <w:p>
            <w:r/>
          </w:p>
        </w:tc>
      </w:tr>
      <w:tr>
        <w:tc>
          <w:tcPr>
            <w:tcW w:type="dxa" w:w="5270"/>
          </w:tcPr>
          <w:p>
            <w:r>
              <w:rPr>
                <w:b/>
              </w:rPr>
              <w:t>Annotazioni / riserve alla consegna</w:t>
            </w:r>
          </w:p>
        </w:tc>
        <w:tc>
          <w:tcPr>
            <w:tcW w:type="dxa" w:w="527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t>Firma mittente</w:t>
            </w:r>
          </w:p>
        </w:tc>
        <w:tc>
          <w:tcPr>
            <w:tcW w:type="dxa" w:w="3513"/>
          </w:tcPr>
          <w:p>
            <w:r>
              <w:t>Firma vettore</w:t>
            </w:r>
          </w:p>
        </w:tc>
        <w:tc>
          <w:tcPr>
            <w:tcW w:type="dxa" w:w="3513"/>
          </w:tcPr>
          <w:p>
            <w:r>
              <w:t>Firma destinatario</w:t>
            </w:r>
          </w:p>
        </w:tc>
      </w:tr>
      <w:tr>
        <w:trPr>
          <w:trHeight w:val="850"/>
        </w:trPr>
        <w:tc>
          <w:tcPr>
            <w:tcW w:type="dxa" w:w="3513"/>
          </w:tcPr>
          <w:p/>
        </w:tc>
        <w:tc>
          <w:tcPr>
            <w:tcW w:type="dxa" w:w="3513"/>
          </w:tcPr>
          <w:p/>
        </w:tc>
        <w:tc>
          <w:tcPr>
            <w:tcW w:type="dxa" w:w="3513"/>
          </w:tcPr>
          <w:p/>
        </w:tc>
      </w:tr>
    </w:tbl>
    <w:p>
      <w:r>
        <w:rPr>
          <w:sz w:val="14"/>
        </w:rPr>
        <w:t>Campi obbligatori: numero progressivo, data, cedente, cessionario, eventuale incaricato del trasporto, natura qualità e quantità dei beni. Gli altri sono facoltativi ma consigliati. Modello gratuito di BolleFlow — www.bolleflow.it/blog/modello-ddt</w:t>
      </w:r>
    </w:p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