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[Ragione sociale della tua azienda]</w:t>
      </w:r>
    </w:p>
    <w:p>
      <w:r>
        <w:t>[Indirizzo] — P.IVA [00000000000]</w:t>
      </w:r>
    </w:p>
    <w:p/>
    <w:p>
      <w:r>
        <w:t>Spett.le [Ragione sociale fornitore]</w:t>
      </w:r>
    </w:p>
    <w:p>
      <w:r>
        <w:t>[Indirizzo fornitore]</w:t>
      </w:r>
    </w:p>
    <w:p>
      <w:r>
        <w:t>PEC / email: [indirizzo]</w:t>
      </w:r>
    </w:p>
    <w:p/>
    <w:p>
      <w:r>
        <w:t>[Luogo], [data]</w:t>
      </w:r>
    </w:p>
    <w:p/>
    <w:p>
      <w:r>
        <w:rPr>
          <w:b/>
        </w:rPr>
        <w:t>Oggetto: contestazione fattura n. [numero] del [data] — richiesta di nota di credito</w:t>
      </w:r>
    </w:p>
    <w:p/>
    <w:p>
      <w:r>
        <w:t>Con riferimento alla fattura in oggetto, ricevuta tramite SdI in data [data], segnaliamo le seguenti differenze rispetto a quanto ordinato e consegnato: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46"/>
        <w:gridCol w:w="1246"/>
        <w:gridCol w:w="1246"/>
        <w:gridCol w:w="1246"/>
        <w:gridCol w:w="1246"/>
        <w:gridCol w:w="1246"/>
        <w:gridCol w:w="1246"/>
        <w:gridCol w:w="1246"/>
      </w:tblGrid>
      <w:tr>
        <w:tc>
          <w:tcPr>
            <w:tcW w:type="dxa" w:w="1246"/>
          </w:tcPr>
          <w:p>
            <w:r>
              <w:t>Articolo</w:t>
            </w:r>
          </w:p>
        </w:tc>
        <w:tc>
          <w:tcPr>
            <w:tcW w:type="dxa" w:w="1246"/>
          </w:tcPr>
          <w:p>
            <w:r>
              <w:t>DDT n. / data</w:t>
            </w:r>
          </w:p>
        </w:tc>
        <w:tc>
          <w:tcPr>
            <w:tcW w:type="dxa" w:w="1246"/>
          </w:tcPr>
          <w:p>
            <w:r>
              <w:t>Ordinato</w:t>
            </w:r>
          </w:p>
        </w:tc>
        <w:tc>
          <w:tcPr>
            <w:tcW w:type="dxa" w:w="1246"/>
          </w:tcPr>
          <w:p>
            <w:r>
              <w:t>Consegnato</w:t>
            </w:r>
          </w:p>
        </w:tc>
        <w:tc>
          <w:tcPr>
            <w:tcW w:type="dxa" w:w="1246"/>
          </w:tcPr>
          <w:p>
            <w:r>
              <w:t>Fatturato</w:t>
            </w:r>
          </w:p>
        </w:tc>
        <w:tc>
          <w:tcPr>
            <w:tcW w:type="dxa" w:w="1246"/>
          </w:tcPr>
          <w:p>
            <w:r>
              <w:t>Prezzo concordato</w:t>
            </w:r>
          </w:p>
        </w:tc>
        <w:tc>
          <w:tcPr>
            <w:tcW w:type="dxa" w:w="1246"/>
          </w:tcPr>
          <w:p>
            <w:r>
              <w:t>Prezzo fatturato</w:t>
            </w:r>
          </w:p>
        </w:tc>
        <w:tc>
          <w:tcPr>
            <w:tcW w:type="dxa" w:w="1246"/>
          </w:tcPr>
          <w:p>
            <w:r>
              <w:t>Differenza €</w:t>
            </w:r>
          </w:p>
        </w:tc>
      </w:tr>
      <w:tr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</w:tr>
      <w:tr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</w:tr>
      <w:tr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</w:tr>
    </w:tbl>
    <w:p/>
    <w:p>
      <w:r>
        <w:t>Motivo: [quantità fatturata superiore alla consegnata / prezzo diverso da quello concordato in ordine n. ___ / merce resa con DDT n. ___ del ___ / DDT fatturato due volte / altro].</w:t>
      </w:r>
    </w:p>
    <w:p>
      <w:r>
        <w:t>A supporto alleghiamo: [DDT con annotazione firmata alla consegna / ordine n. ___ / DDT di reso n. ___].</w:t>
      </w:r>
    </w:p>
    <w:p/>
    <w:p>
      <w:r>
        <w:t>Vi chiediamo di emettere nota di credito per l'importo di € [importo] + IVA, con riferimento alla fattura indicata. In attesa della nota di credito, il pagamento della parte contestata resta sospeso; la parte non contestata sarà pagata alla scadenza concordata.</w:t>
      </w:r>
    </w:p>
    <w:p/>
    <w:p>
      <w:r>
        <w:t>Restiamo a disposizione per ogni chiarimento.</w:t>
      </w:r>
    </w:p>
    <w:p/>
    <w:p>
      <w:r>
        <w:t>Distinti saluti</w:t>
      </w:r>
    </w:p>
    <w:p/>
    <w:p>
      <w:r>
        <w:t>[Nome e cognome] — [Ruolo]</w:t>
      </w:r>
    </w:p>
    <w:p>
      <w:r>
        <w:t>[Telefono] — [Email]</w:t>
      </w:r>
    </w:p>
    <w:p/>
    <w:p>
      <w:r>
        <w:t>Modello gratuito di BolleFlow — www.bolleflow.it/blog/lettera-contestazione-fattura-fornitore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